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E3237" w14:textId="77777777" w:rsidR="0085095D" w:rsidRPr="00036D91" w:rsidRDefault="00F2088E">
      <w:pPr>
        <w:jc w:val="center"/>
        <w:rPr>
          <w:lang w:val="es-CO"/>
        </w:rPr>
      </w:pPr>
      <w:r w:rsidRPr="00036D91">
        <w:rPr>
          <w:b/>
          <w:color w:val="004B85"/>
          <w:sz w:val="32"/>
          <w:lang w:val="es-CO"/>
        </w:rPr>
        <w:t>AUTODECLARACIÓN DE PREDIO DESOCUPADO</w:t>
      </w:r>
    </w:p>
    <w:p w14:paraId="42457117" w14:textId="5EEDA4FA" w:rsidR="0085095D" w:rsidRPr="00036D91" w:rsidRDefault="00F2088E">
      <w:pPr>
        <w:jc w:val="center"/>
        <w:rPr>
          <w:lang w:val="es-CO"/>
        </w:rPr>
      </w:pPr>
      <w:r w:rsidRPr="00036D91">
        <w:rPr>
          <w:i/>
          <w:iCs/>
          <w:color w:val="5A5A5A"/>
          <w:sz w:val="20"/>
          <w:szCs w:val="20"/>
          <w:lang w:val="es-CO"/>
        </w:rPr>
        <w:t xml:space="preserve">Programa de Incentivos </w:t>
      </w:r>
      <w:r w:rsidR="00480350">
        <w:rPr>
          <w:i/>
          <w:iCs/>
          <w:color w:val="5A5A5A"/>
          <w:sz w:val="20"/>
          <w:szCs w:val="20"/>
          <w:lang w:val="es-CO"/>
        </w:rPr>
        <w:t>a</w:t>
      </w:r>
      <w:r w:rsidRPr="00036D91">
        <w:rPr>
          <w:i/>
          <w:iCs/>
          <w:color w:val="5A5A5A"/>
          <w:sz w:val="20"/>
          <w:szCs w:val="20"/>
          <w:lang w:val="es-CO"/>
        </w:rPr>
        <w:t>l Uso Eficiente de la Energía</w:t>
      </w:r>
    </w:p>
    <w:p w14:paraId="4376EF52" w14:textId="2220F569" w:rsidR="42B73ED3" w:rsidRPr="00036D91" w:rsidRDefault="42B73ED3" w:rsidP="42B73ED3">
      <w:pPr>
        <w:jc w:val="both"/>
        <w:rPr>
          <w:lang w:val="es-CO"/>
        </w:rPr>
      </w:pPr>
    </w:p>
    <w:p w14:paraId="0F4BE74C" w14:textId="5887983D" w:rsidR="42B73ED3" w:rsidRPr="00036D91" w:rsidRDefault="42B73ED3" w:rsidP="42B73ED3">
      <w:pPr>
        <w:jc w:val="both"/>
        <w:rPr>
          <w:lang w:val="es-CO"/>
        </w:rPr>
      </w:pPr>
    </w:p>
    <w:p w14:paraId="42CB1C1D" w14:textId="77777777" w:rsidR="00A875BF" w:rsidRPr="00A875BF" w:rsidRDefault="00A875BF" w:rsidP="00A875BF">
      <w:pPr>
        <w:jc w:val="both"/>
        <w:rPr>
          <w:lang w:val="es-CO"/>
        </w:rPr>
      </w:pPr>
      <w:r w:rsidRPr="00A875BF">
        <w:rPr>
          <w:lang w:val="es-CO"/>
        </w:rPr>
        <w:t>Yo, ________________________________________________, identificado(a) con cédula de ciudadanía No. ____________________________, actuando en calidad de:</w:t>
      </w:r>
    </w:p>
    <w:p w14:paraId="05024A72" w14:textId="77777777" w:rsidR="00A875BF" w:rsidRPr="00A875BF" w:rsidRDefault="00A875BF" w:rsidP="00A875BF">
      <w:pPr>
        <w:rPr>
          <w:lang w:val="es-CO"/>
        </w:rPr>
      </w:pPr>
      <w:r w:rsidRPr="00A875BF">
        <w:rPr>
          <w:lang w:val="es-CO"/>
        </w:rPr>
        <w:t xml:space="preserve">☐ </w:t>
      </w:r>
      <w:r w:rsidRPr="00A875BF">
        <w:rPr>
          <w:b/>
          <w:bCs/>
          <w:lang w:val="es-CO"/>
        </w:rPr>
        <w:t>Propietario(a)</w:t>
      </w:r>
      <w:r w:rsidRPr="00A875BF">
        <w:rPr>
          <w:lang w:val="es-CO"/>
        </w:rPr>
        <w:br/>
        <w:t xml:space="preserve">☐ </w:t>
      </w:r>
      <w:r w:rsidRPr="00A875BF">
        <w:rPr>
          <w:b/>
          <w:bCs/>
          <w:lang w:val="es-CO"/>
        </w:rPr>
        <w:t>Poseedor(a)</w:t>
      </w:r>
      <w:r w:rsidRPr="00A875BF">
        <w:rPr>
          <w:lang w:val="es-CO"/>
        </w:rPr>
        <w:br/>
        <w:t xml:space="preserve">☐ </w:t>
      </w:r>
      <w:r w:rsidRPr="00A875BF">
        <w:rPr>
          <w:b/>
          <w:bCs/>
          <w:lang w:val="es-CO"/>
        </w:rPr>
        <w:t>Arrendatario(a)</w:t>
      </w:r>
      <w:r w:rsidRPr="00A875BF">
        <w:rPr>
          <w:lang w:val="es-CO"/>
        </w:rPr>
        <w:br/>
        <w:t xml:space="preserve">☐ </w:t>
      </w:r>
      <w:r w:rsidRPr="00A875BF">
        <w:rPr>
          <w:b/>
          <w:bCs/>
          <w:lang w:val="es-CO"/>
        </w:rPr>
        <w:t>Beneficiario(a)</w:t>
      </w:r>
      <w:r w:rsidRPr="00A875BF">
        <w:rPr>
          <w:lang w:val="es-CO"/>
        </w:rPr>
        <w:br/>
        <w:t xml:space="preserve">☐ </w:t>
      </w:r>
      <w:r w:rsidRPr="00A875BF">
        <w:rPr>
          <w:b/>
          <w:bCs/>
          <w:lang w:val="es-CO"/>
        </w:rPr>
        <w:t>Usuario(a)</w:t>
      </w:r>
      <w:r w:rsidRPr="00A875BF">
        <w:rPr>
          <w:lang w:val="es-CO"/>
        </w:rPr>
        <w:br/>
        <w:t xml:space="preserve">☐ </w:t>
      </w:r>
      <w:r w:rsidRPr="00A875BF">
        <w:rPr>
          <w:b/>
          <w:bCs/>
          <w:lang w:val="es-CO"/>
        </w:rPr>
        <w:t>Otro:</w:t>
      </w:r>
      <w:r w:rsidRPr="00A875BF">
        <w:rPr>
          <w:lang w:val="es-CO"/>
        </w:rPr>
        <w:t xml:space="preserve"> ______________________________________</w:t>
      </w:r>
    </w:p>
    <w:p w14:paraId="43EEBCF3" w14:textId="77777777" w:rsidR="00A875BF" w:rsidRPr="00A875BF" w:rsidRDefault="00A875BF" w:rsidP="00A875BF">
      <w:pPr>
        <w:jc w:val="both"/>
        <w:rPr>
          <w:lang w:val="es-CO"/>
        </w:rPr>
      </w:pPr>
      <w:r w:rsidRPr="00A875BF">
        <w:rPr>
          <w:lang w:val="es-CO"/>
        </w:rPr>
        <w:t>del inmueble ubicado en:</w:t>
      </w:r>
    </w:p>
    <w:p w14:paraId="38D37F55" w14:textId="77777777" w:rsidR="00A875BF" w:rsidRPr="00A875BF" w:rsidRDefault="00A875BF" w:rsidP="00A875BF">
      <w:pPr>
        <w:jc w:val="both"/>
        <w:rPr>
          <w:lang w:val="es-CO"/>
        </w:rPr>
      </w:pPr>
      <w:r w:rsidRPr="00A875BF">
        <w:rPr>
          <w:b/>
          <w:bCs/>
          <w:lang w:val="es-CO"/>
        </w:rPr>
        <w:t>Dirección del inmueble:</w:t>
      </w:r>
      <w:r w:rsidRPr="00A875BF">
        <w:rPr>
          <w:lang w:val="es-CO"/>
        </w:rPr>
        <w:t xml:space="preserve"> ____________________________________________</w:t>
      </w:r>
    </w:p>
    <w:p w14:paraId="24C8BD8B" w14:textId="77777777" w:rsidR="00A875BF" w:rsidRDefault="00A875BF" w:rsidP="00A875BF">
      <w:pPr>
        <w:jc w:val="both"/>
        <w:rPr>
          <w:lang w:val="es-CO"/>
        </w:rPr>
      </w:pPr>
      <w:r w:rsidRPr="00A875BF">
        <w:rPr>
          <w:b/>
          <w:bCs/>
          <w:lang w:val="es-CO"/>
        </w:rPr>
        <w:t>Número de cuenta:</w:t>
      </w:r>
      <w:r w:rsidRPr="00A875BF">
        <w:rPr>
          <w:lang w:val="es-CO"/>
        </w:rPr>
        <w:t xml:space="preserve"> _________________________________________________</w:t>
      </w:r>
    </w:p>
    <w:p w14:paraId="4747B82B" w14:textId="42CC8F39" w:rsidR="00054FBA" w:rsidRPr="00A875BF" w:rsidRDefault="00243FE1" w:rsidP="00054FBA">
      <w:pPr>
        <w:rPr>
          <w:lang w:val="es-CO"/>
        </w:rPr>
      </w:pPr>
      <w:r>
        <w:rPr>
          <w:lang w:val="es-CO"/>
        </w:rPr>
        <w:t>*</w:t>
      </w:r>
      <w:r w:rsidR="001841EE">
        <w:rPr>
          <w:lang w:val="es-CO"/>
        </w:rPr>
        <w:t>Uso</w:t>
      </w:r>
      <w:r w:rsidR="00054FBA">
        <w:rPr>
          <w:lang w:val="es-CO"/>
        </w:rPr>
        <w:t xml:space="preserve"> de servicio:</w:t>
      </w:r>
      <w:r w:rsidR="00054FBA">
        <w:rPr>
          <w:lang w:val="es-CO"/>
        </w:rPr>
        <w:br/>
      </w:r>
      <w:r w:rsidR="00054FBA" w:rsidRPr="008F1A56">
        <w:rPr>
          <w:lang w:val="es-ES"/>
        </w:rPr>
        <w:t xml:space="preserve">☐ </w:t>
      </w:r>
      <w:r w:rsidR="00054FBA" w:rsidRPr="008F1A56">
        <w:rPr>
          <w:b/>
          <w:bCs/>
          <w:lang w:val="es-ES"/>
        </w:rPr>
        <w:t>Residencial</w:t>
      </w:r>
      <w:r w:rsidR="00054FBA" w:rsidRPr="008F1A56">
        <w:rPr>
          <w:lang w:val="es-ES"/>
        </w:rPr>
        <w:br/>
        <w:t xml:space="preserve">☐ </w:t>
      </w:r>
      <w:r w:rsidR="00054FBA" w:rsidRPr="008F1A56">
        <w:rPr>
          <w:b/>
          <w:bCs/>
          <w:lang w:val="es-ES"/>
        </w:rPr>
        <w:t>Comercial- Industrial</w:t>
      </w:r>
    </w:p>
    <w:p w14:paraId="441C32EC" w14:textId="658B1767" w:rsidR="00A875BF" w:rsidRPr="00A875BF" w:rsidRDefault="002A0C99" w:rsidP="00A875BF">
      <w:pPr>
        <w:jc w:val="both"/>
        <w:rPr>
          <w:lang w:val="es-CO"/>
        </w:rPr>
      </w:pPr>
      <w:r w:rsidRPr="00A875BF">
        <w:rPr>
          <w:lang w:val="es-CO"/>
        </w:rPr>
        <w:t>M</w:t>
      </w:r>
      <w:r w:rsidR="00A875BF" w:rsidRPr="00A875BF">
        <w:rPr>
          <w:lang w:val="es-CO"/>
        </w:rPr>
        <w:t>anifiesto bajo la gravedad de juramento</w:t>
      </w:r>
      <w:r>
        <w:rPr>
          <w:lang w:val="es-CO"/>
        </w:rPr>
        <w:t>, entendido éste prestado con la suscripción de la presente declaración,</w:t>
      </w:r>
      <w:r w:rsidR="00A875BF" w:rsidRPr="00A875BF">
        <w:rPr>
          <w:lang w:val="es-CO"/>
        </w:rPr>
        <w:t xml:space="preserve"> que:</w:t>
      </w:r>
    </w:p>
    <w:p w14:paraId="08DA4EC5" w14:textId="77777777" w:rsidR="00A875BF" w:rsidRPr="00A875BF" w:rsidRDefault="00A875BF" w:rsidP="00A875BF">
      <w:pPr>
        <w:numPr>
          <w:ilvl w:val="0"/>
          <w:numId w:val="11"/>
        </w:numPr>
        <w:jc w:val="both"/>
        <w:rPr>
          <w:lang w:val="es-CO"/>
        </w:rPr>
      </w:pPr>
      <w:r w:rsidRPr="00A875BF">
        <w:rPr>
          <w:lang w:val="es-CO"/>
        </w:rPr>
        <w:t xml:space="preserve">El predio anteriormente identificado se encuentra desocupado desde el ___ de __________________ </w:t>
      </w:r>
      <w:proofErr w:type="spellStart"/>
      <w:r w:rsidRPr="00A875BF">
        <w:rPr>
          <w:lang w:val="es-CO"/>
        </w:rPr>
        <w:t>de</w:t>
      </w:r>
      <w:proofErr w:type="spellEnd"/>
      <w:r w:rsidRPr="00A875BF">
        <w:rPr>
          <w:lang w:val="es-CO"/>
        </w:rPr>
        <w:t xml:space="preserve"> ________.</w:t>
      </w:r>
    </w:p>
    <w:p w14:paraId="3A0C9689" w14:textId="4C94E671" w:rsidR="00A875BF" w:rsidRPr="00A875BF" w:rsidRDefault="00A875BF" w:rsidP="00A875BF">
      <w:pPr>
        <w:numPr>
          <w:ilvl w:val="0"/>
          <w:numId w:val="11"/>
        </w:numPr>
        <w:jc w:val="both"/>
        <w:rPr>
          <w:lang w:val="es-CO"/>
        </w:rPr>
      </w:pPr>
      <w:r w:rsidRPr="00A875BF">
        <w:rPr>
          <w:lang w:val="es-CO"/>
        </w:rPr>
        <w:t>Durante el período de desocupación no ha existido residencia habitual ni se ha desarrollado actividad comercial, industrial o de otra naturaleza</w:t>
      </w:r>
      <w:r w:rsidR="009138FE">
        <w:rPr>
          <w:lang w:val="es-CO"/>
        </w:rPr>
        <w:t>,</w:t>
      </w:r>
      <w:r w:rsidR="002A0C99">
        <w:rPr>
          <w:lang w:val="es-CO"/>
        </w:rPr>
        <w:t xml:space="preserve"> ni </w:t>
      </w:r>
      <w:r w:rsidR="009138FE">
        <w:rPr>
          <w:lang w:val="es-CO"/>
        </w:rPr>
        <w:t xml:space="preserve">se ha presentado un uso efectivo del inmueble </w:t>
      </w:r>
      <w:r w:rsidR="002A0C99">
        <w:rPr>
          <w:lang w:val="es-CO"/>
        </w:rPr>
        <w:t xml:space="preserve">que genere consumos asociados a </w:t>
      </w:r>
      <w:r w:rsidR="009138FE">
        <w:rPr>
          <w:lang w:val="es-CO"/>
        </w:rPr>
        <w:t>su</w:t>
      </w:r>
      <w:r w:rsidR="002A0C99">
        <w:rPr>
          <w:lang w:val="es-CO"/>
        </w:rPr>
        <w:t xml:space="preserve"> ocupación </w:t>
      </w:r>
      <w:proofErr w:type="gramStart"/>
      <w:r w:rsidR="002A0C99">
        <w:rPr>
          <w:lang w:val="es-CO"/>
        </w:rPr>
        <w:t xml:space="preserve">ordinaria </w:t>
      </w:r>
      <w:r w:rsidRPr="00A875BF">
        <w:rPr>
          <w:lang w:val="es-CO"/>
        </w:rPr>
        <w:t>.</w:t>
      </w:r>
      <w:proofErr w:type="gramEnd"/>
    </w:p>
    <w:p w14:paraId="0FF7DDBD" w14:textId="6D6620CE" w:rsidR="00A875BF" w:rsidRPr="008F1A56" w:rsidRDefault="00A875BF" w:rsidP="00480350">
      <w:pPr>
        <w:numPr>
          <w:ilvl w:val="0"/>
          <w:numId w:val="11"/>
        </w:numPr>
        <w:jc w:val="both"/>
        <w:rPr>
          <w:lang w:val="es-ES"/>
        </w:rPr>
      </w:pPr>
      <w:r w:rsidRPr="00A875BF">
        <w:rPr>
          <w:lang w:val="es-CO"/>
        </w:rPr>
        <w:t xml:space="preserve">La información suministrada en la presente declaración es veraz y podrá ser verificada por la empresa </w:t>
      </w:r>
      <w:r w:rsidR="00480350">
        <w:rPr>
          <w:lang w:val="es-CO"/>
        </w:rPr>
        <w:t>mediante</w:t>
      </w:r>
      <w:r w:rsidRPr="00A875BF">
        <w:rPr>
          <w:lang w:val="es-CO"/>
        </w:rPr>
        <w:t xml:space="preserve"> los mecanismos</w:t>
      </w:r>
      <w:r w:rsidR="00480350">
        <w:rPr>
          <w:lang w:val="es-CO"/>
        </w:rPr>
        <w:t xml:space="preserve">, validaciones y requerimientos de </w:t>
      </w:r>
      <w:proofErr w:type="gramStart"/>
      <w:r w:rsidR="00480350">
        <w:rPr>
          <w:lang w:val="es-CO"/>
        </w:rPr>
        <w:t xml:space="preserve">información </w:t>
      </w:r>
      <w:r w:rsidR="00C645F1">
        <w:rPr>
          <w:lang w:val="es-CO"/>
        </w:rPr>
        <w:t xml:space="preserve"> </w:t>
      </w:r>
      <w:r w:rsidRPr="00A875BF">
        <w:rPr>
          <w:lang w:val="es-CO"/>
        </w:rPr>
        <w:t>que</w:t>
      </w:r>
      <w:proofErr w:type="gramEnd"/>
      <w:r w:rsidRPr="00A875BF">
        <w:rPr>
          <w:lang w:val="es-CO"/>
        </w:rPr>
        <w:t xml:space="preserve"> considere pertinentes.</w:t>
      </w:r>
      <w:r w:rsidR="00015B8E">
        <w:rPr>
          <w:lang w:val="es-CO"/>
        </w:rPr>
        <w:t xml:space="preserve"> </w:t>
      </w:r>
    </w:p>
    <w:p w14:paraId="33025894" w14:textId="0EB65862" w:rsidR="00A875BF" w:rsidRPr="00A875BF" w:rsidRDefault="00A875BF" w:rsidP="00A875BF">
      <w:pPr>
        <w:numPr>
          <w:ilvl w:val="0"/>
          <w:numId w:val="11"/>
        </w:numPr>
        <w:jc w:val="both"/>
        <w:rPr>
          <w:lang w:val="es-CO"/>
        </w:rPr>
      </w:pPr>
      <w:r w:rsidRPr="00A875BF">
        <w:rPr>
          <w:lang w:val="es-CO"/>
        </w:rPr>
        <w:t xml:space="preserve">Me comprometo a informar cualquier cambio en la condición de ocupación del inmueble que pueda </w:t>
      </w:r>
      <w:r w:rsidR="000D0929">
        <w:rPr>
          <w:lang w:val="es-CO"/>
        </w:rPr>
        <w:t>incidir en la evaluación de la presente declaración o en la aplicación del tratamiento regulatorio correspondiente dentro</w:t>
      </w:r>
      <w:r w:rsidR="00015B8E">
        <w:rPr>
          <w:lang w:val="es-CO"/>
        </w:rPr>
        <w:t xml:space="preserve"> </w:t>
      </w:r>
      <w:r w:rsidR="000D0929">
        <w:rPr>
          <w:lang w:val="es-CO"/>
        </w:rPr>
        <w:t>del programa</w:t>
      </w:r>
      <w:r w:rsidR="002A0C99">
        <w:rPr>
          <w:lang w:val="es-CO"/>
        </w:rPr>
        <w:t xml:space="preserve"> </w:t>
      </w:r>
      <w:r w:rsidR="000D0929">
        <w:rPr>
          <w:lang w:val="es-CO"/>
        </w:rPr>
        <w:t xml:space="preserve">de incentivos </w:t>
      </w:r>
      <w:r w:rsidR="002A0C99">
        <w:rPr>
          <w:lang w:val="es-CO"/>
        </w:rPr>
        <w:t>al</w:t>
      </w:r>
      <w:r w:rsidR="000D0929">
        <w:rPr>
          <w:lang w:val="es-CO"/>
        </w:rPr>
        <w:t xml:space="preserve"> uso eficiente de energía eléctrica.</w:t>
      </w:r>
      <w:r w:rsidR="000D0929" w:rsidRPr="00A875BF">
        <w:rPr>
          <w:lang w:val="es-CO"/>
        </w:rPr>
        <w:t xml:space="preserve"> </w:t>
      </w:r>
    </w:p>
    <w:p w14:paraId="7C0CF317" w14:textId="42D44C87" w:rsidR="00A875BF" w:rsidRDefault="00A875BF" w:rsidP="00A875BF">
      <w:pPr>
        <w:jc w:val="both"/>
        <w:rPr>
          <w:lang w:val="es-CO"/>
        </w:rPr>
      </w:pPr>
      <w:r w:rsidRPr="00A875BF">
        <w:rPr>
          <w:lang w:val="es-CO"/>
        </w:rPr>
        <w:t xml:space="preserve">Solicito que la presente declaración sea </w:t>
      </w:r>
      <w:r w:rsidR="00480350">
        <w:rPr>
          <w:lang w:val="es-CO"/>
        </w:rPr>
        <w:t>considerada</w:t>
      </w:r>
      <w:r w:rsidRPr="00A875BF">
        <w:rPr>
          <w:lang w:val="es-CO"/>
        </w:rPr>
        <w:t xml:space="preserve"> dentro del análisis </w:t>
      </w:r>
      <w:r w:rsidR="000D0929">
        <w:rPr>
          <w:lang w:val="es-CO"/>
        </w:rPr>
        <w:t xml:space="preserve">que adelante Enel Colombia S.A. ESP para verificar la condición de predio desocupado y determinar la </w:t>
      </w:r>
      <w:r w:rsidR="00480350">
        <w:rPr>
          <w:lang w:val="es-CO"/>
        </w:rPr>
        <w:t xml:space="preserve">procedencia </w:t>
      </w:r>
      <w:r w:rsidR="000D0929">
        <w:rPr>
          <w:lang w:val="es-CO"/>
        </w:rPr>
        <w:t>del</w:t>
      </w:r>
      <w:r w:rsidR="00480350">
        <w:rPr>
          <w:lang w:val="es-CO"/>
        </w:rPr>
        <w:t xml:space="preserve"> </w:t>
      </w:r>
      <w:r w:rsidR="000D0929">
        <w:rPr>
          <w:lang w:val="es-CO"/>
        </w:rPr>
        <w:t xml:space="preserve">tratamiento regulatorio </w:t>
      </w:r>
      <w:r w:rsidR="00480350">
        <w:rPr>
          <w:lang w:val="es-CO"/>
        </w:rPr>
        <w:t>aplicable, de conformidad con la normativa vigente</w:t>
      </w:r>
      <w:r w:rsidR="000D0929">
        <w:rPr>
          <w:lang w:val="es-CO"/>
        </w:rPr>
        <w:t xml:space="preserve"> que regula el </w:t>
      </w:r>
      <w:r w:rsidRPr="009138FE">
        <w:rPr>
          <w:b/>
          <w:bCs/>
          <w:lang w:val="es-CO"/>
        </w:rPr>
        <w:t xml:space="preserve">Programa de Incentivos </w:t>
      </w:r>
      <w:r w:rsidR="00480350" w:rsidRPr="009138FE">
        <w:rPr>
          <w:b/>
          <w:bCs/>
          <w:lang w:val="es-CO"/>
        </w:rPr>
        <w:t>al</w:t>
      </w:r>
      <w:r w:rsidRPr="009138FE">
        <w:rPr>
          <w:b/>
          <w:bCs/>
          <w:lang w:val="es-CO"/>
        </w:rPr>
        <w:t xml:space="preserve"> Uso Eficiente de la Energía</w:t>
      </w:r>
      <w:r w:rsidRPr="008F1A56">
        <w:rPr>
          <w:b/>
          <w:bCs/>
          <w:lang w:val="es-CO"/>
        </w:rPr>
        <w:t>.</w:t>
      </w:r>
    </w:p>
    <w:p w14:paraId="7DBE4360" w14:textId="2648CDCF" w:rsidR="00480350" w:rsidRPr="00480350" w:rsidRDefault="00E84BCF" w:rsidP="00480350">
      <w:pPr>
        <w:jc w:val="both"/>
        <w:rPr>
          <w:lang w:val="es-ES"/>
        </w:rPr>
      </w:pPr>
      <w:r w:rsidRPr="00E84BCF">
        <w:rPr>
          <w:lang w:val="es-ES"/>
        </w:rPr>
        <w:t>Declaro conocer que la present</w:t>
      </w:r>
      <w:r w:rsidR="00480350">
        <w:rPr>
          <w:lang w:val="es-ES"/>
        </w:rPr>
        <w:t>e</w:t>
      </w:r>
      <w:r w:rsidRPr="00E84BCF">
        <w:rPr>
          <w:lang w:val="es-ES"/>
        </w:rPr>
        <w:t xml:space="preserve"> autodeclaración no implica el reconocimiento automático de la condición de predio desocupado ni genera por sí </w:t>
      </w:r>
      <w:r w:rsidR="00480350">
        <w:rPr>
          <w:lang w:val="es-ES"/>
        </w:rPr>
        <w:t xml:space="preserve">la </w:t>
      </w:r>
      <w:r w:rsidR="00480350" w:rsidRPr="00480350">
        <w:rPr>
          <w:lang w:val="es-ES"/>
        </w:rPr>
        <w:t xml:space="preserve">aplicación automática de tratamiento regulatorio </w:t>
      </w:r>
      <w:r w:rsidR="00480350" w:rsidRPr="00E84BCF">
        <w:rPr>
          <w:lang w:val="es-ES"/>
        </w:rPr>
        <w:t>aplicable conforme a la normativa vigente</w:t>
      </w:r>
      <w:r w:rsidR="00480350" w:rsidRPr="00480350">
        <w:rPr>
          <w:lang w:val="es-ES"/>
        </w:rPr>
        <w:t>.</w:t>
      </w:r>
    </w:p>
    <w:p w14:paraId="7943D0CE" w14:textId="0E15A24B" w:rsidR="00C645F1" w:rsidRPr="00C645F1" w:rsidRDefault="00C645F1" w:rsidP="00C645F1">
      <w:pPr>
        <w:jc w:val="both"/>
        <w:rPr>
          <w:lang w:val="es-ES"/>
        </w:rPr>
      </w:pPr>
      <w:r>
        <w:rPr>
          <w:lang w:val="es-ES"/>
        </w:rPr>
        <w:t>Así mismo, d</w:t>
      </w:r>
      <w:r w:rsidRPr="00C645F1">
        <w:rPr>
          <w:lang w:val="es-ES"/>
        </w:rPr>
        <w:t>eclaro que conozco que el suministro de información falsa, inexacta</w:t>
      </w:r>
      <w:r w:rsidR="00384E3F">
        <w:rPr>
          <w:lang w:val="es-ES"/>
        </w:rPr>
        <w:t xml:space="preserve">, </w:t>
      </w:r>
      <w:r w:rsidRPr="00C645F1">
        <w:rPr>
          <w:lang w:val="es-ES"/>
        </w:rPr>
        <w:t xml:space="preserve">incompleta </w:t>
      </w:r>
      <w:r w:rsidR="00480350">
        <w:rPr>
          <w:lang w:val="es-ES"/>
        </w:rPr>
        <w:t xml:space="preserve">o que induzca a error </w:t>
      </w:r>
      <w:r w:rsidRPr="00C645F1">
        <w:rPr>
          <w:lang w:val="es-ES"/>
        </w:rPr>
        <w:t xml:space="preserve">podrá dar lugar a la pérdida del tratamiento regulatorio </w:t>
      </w:r>
      <w:r w:rsidR="00815518">
        <w:rPr>
          <w:lang w:val="es-ES"/>
        </w:rPr>
        <w:t>aplicad</w:t>
      </w:r>
      <w:r w:rsidRPr="00C645F1">
        <w:rPr>
          <w:lang w:val="es-ES"/>
        </w:rPr>
        <w:t>, a la refacturación de los valores que correspondan y a las demás actuaciones que procedan conforme a la ley.</w:t>
      </w:r>
    </w:p>
    <w:p w14:paraId="13111802" w14:textId="77777777" w:rsidR="00C645F1" w:rsidRPr="00E84BCF" w:rsidRDefault="00C645F1" w:rsidP="00E84BCF">
      <w:pPr>
        <w:jc w:val="both"/>
        <w:rPr>
          <w:lang w:val="es-ES"/>
        </w:rPr>
      </w:pPr>
    </w:p>
    <w:p w14:paraId="1AFB9472" w14:textId="77777777" w:rsidR="00E84BCF" w:rsidRPr="008F1A56" w:rsidRDefault="00E84BCF" w:rsidP="00A875BF">
      <w:pPr>
        <w:jc w:val="both"/>
        <w:rPr>
          <w:lang w:val="es-ES"/>
        </w:rPr>
      </w:pPr>
    </w:p>
    <w:p w14:paraId="17D6A495" w14:textId="77777777" w:rsidR="00A875BF" w:rsidRPr="00A875BF" w:rsidRDefault="00A875BF" w:rsidP="00A875BF">
      <w:pPr>
        <w:jc w:val="both"/>
        <w:rPr>
          <w:b/>
          <w:bCs/>
          <w:lang w:val="es-CO"/>
        </w:rPr>
      </w:pPr>
      <w:r w:rsidRPr="00A875BF">
        <w:rPr>
          <w:b/>
          <w:bCs/>
          <w:lang w:val="es-CO"/>
        </w:rPr>
        <w:t>Firma y datos de contacto</w:t>
      </w:r>
    </w:p>
    <w:p w14:paraId="207498E9" w14:textId="77777777" w:rsidR="00A875BF" w:rsidRPr="00A875BF" w:rsidRDefault="00A875BF" w:rsidP="00A875BF">
      <w:pPr>
        <w:jc w:val="both"/>
        <w:rPr>
          <w:lang w:val="es-CO"/>
        </w:rPr>
      </w:pPr>
      <w:r w:rsidRPr="00A875BF">
        <w:rPr>
          <w:b/>
          <w:bCs/>
          <w:lang w:val="es-CO"/>
        </w:rPr>
        <w:t>Firma:</w:t>
      </w:r>
    </w:p>
    <w:p w14:paraId="341ADFA3" w14:textId="77777777" w:rsidR="00A875BF" w:rsidRPr="00A875BF" w:rsidRDefault="00000000" w:rsidP="00A875BF">
      <w:pPr>
        <w:jc w:val="both"/>
        <w:rPr>
          <w:lang w:val="es-CO"/>
        </w:rPr>
      </w:pPr>
      <w:r>
        <w:rPr>
          <w:lang w:val="es-CO"/>
        </w:rPr>
        <w:pict w14:anchorId="673B4983">
          <v:rect id="_x0000_i1025" style="width:0;height:1.5pt" o:hralign="center" o:hrstd="t" o:hr="t" fillcolor="#a0a0a0" stroked="f"/>
        </w:pict>
      </w:r>
    </w:p>
    <w:p w14:paraId="06024483" w14:textId="77777777" w:rsidR="00A875BF" w:rsidRPr="00A875BF" w:rsidRDefault="00A875BF" w:rsidP="00A875BF">
      <w:pPr>
        <w:jc w:val="both"/>
        <w:rPr>
          <w:lang w:val="es-CO"/>
        </w:rPr>
      </w:pPr>
      <w:r w:rsidRPr="00A875BF">
        <w:rPr>
          <w:b/>
          <w:bCs/>
          <w:lang w:val="es-CO"/>
        </w:rPr>
        <w:t>Nombre:</w:t>
      </w:r>
    </w:p>
    <w:p w14:paraId="200B1655" w14:textId="77777777" w:rsidR="00A875BF" w:rsidRPr="00A875BF" w:rsidRDefault="00000000" w:rsidP="00A875BF">
      <w:pPr>
        <w:jc w:val="both"/>
        <w:rPr>
          <w:lang w:val="es-CO"/>
        </w:rPr>
      </w:pPr>
      <w:r>
        <w:rPr>
          <w:lang w:val="es-CO"/>
        </w:rPr>
        <w:pict w14:anchorId="68801688">
          <v:rect id="_x0000_i1026" style="width:0;height:1.5pt" o:hralign="center" o:hrstd="t" o:hr="t" fillcolor="#a0a0a0" stroked="f"/>
        </w:pict>
      </w:r>
    </w:p>
    <w:p w14:paraId="64646BF4" w14:textId="77777777" w:rsidR="00A875BF" w:rsidRPr="00A875BF" w:rsidRDefault="00A875BF" w:rsidP="00A875BF">
      <w:pPr>
        <w:jc w:val="both"/>
        <w:rPr>
          <w:lang w:val="es-CO"/>
        </w:rPr>
      </w:pPr>
      <w:r w:rsidRPr="00A875BF">
        <w:rPr>
          <w:b/>
          <w:bCs/>
          <w:lang w:val="es-CO"/>
        </w:rPr>
        <w:t>C.C.:</w:t>
      </w:r>
    </w:p>
    <w:p w14:paraId="7B8E6EDE" w14:textId="77777777" w:rsidR="00A875BF" w:rsidRPr="00A875BF" w:rsidRDefault="00000000" w:rsidP="00A875BF">
      <w:pPr>
        <w:jc w:val="both"/>
        <w:rPr>
          <w:lang w:val="es-CO"/>
        </w:rPr>
      </w:pPr>
      <w:r>
        <w:rPr>
          <w:lang w:val="es-CO"/>
        </w:rPr>
        <w:pict w14:anchorId="14ED477C">
          <v:rect id="_x0000_i1027" style="width:0;height:1.5pt" o:hralign="center" o:hrstd="t" o:hr="t" fillcolor="#a0a0a0" stroked="f"/>
        </w:pict>
      </w:r>
    </w:p>
    <w:p w14:paraId="224024D3" w14:textId="77777777" w:rsidR="00A875BF" w:rsidRPr="00A875BF" w:rsidRDefault="00A875BF" w:rsidP="00A875BF">
      <w:pPr>
        <w:jc w:val="both"/>
        <w:rPr>
          <w:lang w:val="es-CO"/>
        </w:rPr>
      </w:pPr>
      <w:r w:rsidRPr="00A875BF">
        <w:rPr>
          <w:b/>
          <w:bCs/>
          <w:lang w:val="es-CO"/>
        </w:rPr>
        <w:t>Teléfono:</w:t>
      </w:r>
    </w:p>
    <w:p w14:paraId="11D174F8" w14:textId="77777777" w:rsidR="00A875BF" w:rsidRPr="00A875BF" w:rsidRDefault="00000000" w:rsidP="00A875BF">
      <w:pPr>
        <w:jc w:val="both"/>
        <w:rPr>
          <w:lang w:val="es-CO"/>
        </w:rPr>
      </w:pPr>
      <w:r>
        <w:rPr>
          <w:lang w:val="es-CO"/>
        </w:rPr>
        <w:pict w14:anchorId="6DDC1EFC">
          <v:rect id="_x0000_i1028" style="width:0;height:1.5pt" o:hralign="center" o:hrstd="t" o:hr="t" fillcolor="#a0a0a0" stroked="f"/>
        </w:pict>
      </w:r>
    </w:p>
    <w:p w14:paraId="2B80F80E" w14:textId="77777777" w:rsidR="00A875BF" w:rsidRPr="00A875BF" w:rsidRDefault="00A875BF" w:rsidP="00A875BF">
      <w:pPr>
        <w:jc w:val="both"/>
        <w:rPr>
          <w:lang w:val="es-CO"/>
        </w:rPr>
      </w:pPr>
      <w:r w:rsidRPr="00A875BF">
        <w:rPr>
          <w:b/>
          <w:bCs/>
          <w:lang w:val="es-CO"/>
        </w:rPr>
        <w:t>Correo electrónico:</w:t>
      </w:r>
    </w:p>
    <w:p w14:paraId="0DB90024" w14:textId="77777777" w:rsidR="00A875BF" w:rsidRPr="00A875BF" w:rsidRDefault="00000000" w:rsidP="00A875BF">
      <w:pPr>
        <w:jc w:val="both"/>
        <w:rPr>
          <w:lang w:val="es-CO"/>
        </w:rPr>
      </w:pPr>
      <w:r>
        <w:rPr>
          <w:lang w:val="es-CO"/>
        </w:rPr>
        <w:pict w14:anchorId="309D9991">
          <v:rect id="_x0000_i1029" style="width:0;height:1.5pt" o:hralign="center" o:hrstd="t" o:hr="t" fillcolor="#a0a0a0" stroked="f"/>
        </w:pict>
      </w:r>
    </w:p>
    <w:p w14:paraId="0D470A65" w14:textId="77777777" w:rsidR="00A875BF" w:rsidRPr="00A875BF" w:rsidRDefault="00A875BF" w:rsidP="00A875BF">
      <w:pPr>
        <w:jc w:val="both"/>
        <w:rPr>
          <w:lang w:val="es-CO"/>
        </w:rPr>
      </w:pPr>
      <w:r w:rsidRPr="00A875BF">
        <w:rPr>
          <w:b/>
          <w:bCs/>
          <w:lang w:val="es-CO"/>
        </w:rPr>
        <w:t>Fecha:</w:t>
      </w:r>
    </w:p>
    <w:p w14:paraId="796689B2" w14:textId="77777777" w:rsidR="00A875BF" w:rsidRPr="00A875BF" w:rsidRDefault="00000000" w:rsidP="00A875BF">
      <w:pPr>
        <w:jc w:val="both"/>
        <w:rPr>
          <w:lang w:val="es-CO"/>
        </w:rPr>
      </w:pPr>
      <w:r>
        <w:rPr>
          <w:lang w:val="es-CO"/>
        </w:rPr>
        <w:pict w14:anchorId="2919186F">
          <v:rect id="_x0000_i1030" style="width:0;height:1.5pt" o:hralign="center" o:hrstd="t" o:hr="t" fillcolor="#a0a0a0" stroked="f"/>
        </w:pict>
      </w:r>
    </w:p>
    <w:p w14:paraId="6DBD7D07" w14:textId="77777777" w:rsidR="00A875BF" w:rsidRPr="00A875BF" w:rsidRDefault="00A875BF" w:rsidP="00A875BF">
      <w:pPr>
        <w:jc w:val="both"/>
        <w:rPr>
          <w:b/>
          <w:bCs/>
          <w:lang w:val="es-CO"/>
        </w:rPr>
      </w:pPr>
      <w:r w:rsidRPr="00A875BF">
        <w:rPr>
          <w:b/>
          <w:bCs/>
          <w:lang w:val="es-CO"/>
        </w:rPr>
        <w:t>Tratamiento de datos personales (Habeas Data)</w:t>
      </w:r>
    </w:p>
    <w:p w14:paraId="1972700E" w14:textId="3628DA96" w:rsidR="00A875BF" w:rsidRPr="00A875BF" w:rsidRDefault="00A875BF" w:rsidP="00A875BF">
      <w:pPr>
        <w:jc w:val="both"/>
        <w:rPr>
          <w:lang w:val="es-CO"/>
        </w:rPr>
      </w:pPr>
      <w:r w:rsidRPr="00A875BF">
        <w:rPr>
          <w:lang w:val="es-CO"/>
        </w:rPr>
        <w:t>Autorizo de manera previa, expresa</w:t>
      </w:r>
      <w:r w:rsidR="00A750E4">
        <w:rPr>
          <w:lang w:val="es-CO"/>
        </w:rPr>
        <w:t>,</w:t>
      </w:r>
      <w:r w:rsidRPr="00A875BF">
        <w:rPr>
          <w:lang w:val="es-CO"/>
        </w:rPr>
        <w:t xml:space="preserve"> informada </w:t>
      </w:r>
      <w:r w:rsidR="00A750E4">
        <w:rPr>
          <w:lang w:val="es-CO"/>
        </w:rPr>
        <w:t xml:space="preserve">e inequívoca </w:t>
      </w:r>
      <w:r w:rsidRPr="00A875BF">
        <w:rPr>
          <w:lang w:val="es-CO"/>
        </w:rPr>
        <w:t xml:space="preserve">a Enel Colombia S.A. E.S.P. para recolectar, almacenar, usar, </w:t>
      </w:r>
      <w:r w:rsidR="00A750E4">
        <w:rPr>
          <w:lang w:val="es-CO"/>
        </w:rPr>
        <w:t>trasmitir</w:t>
      </w:r>
      <w:r w:rsidRPr="00A875BF">
        <w:rPr>
          <w:lang w:val="es-CO"/>
        </w:rPr>
        <w:t xml:space="preserve">, actualizar y, en general, </w:t>
      </w:r>
      <w:r w:rsidR="00A750E4">
        <w:rPr>
          <w:lang w:val="es-CO"/>
        </w:rPr>
        <w:t xml:space="preserve">realizar el </w:t>
      </w:r>
      <w:r w:rsidRPr="00A875BF">
        <w:rPr>
          <w:lang w:val="es-CO"/>
        </w:rPr>
        <w:t>trata</w:t>
      </w:r>
      <w:r w:rsidR="00A750E4">
        <w:rPr>
          <w:lang w:val="es-CO"/>
        </w:rPr>
        <w:t>miento de</w:t>
      </w:r>
      <w:r w:rsidRPr="00A875BF">
        <w:rPr>
          <w:lang w:val="es-CO"/>
        </w:rPr>
        <w:t xml:space="preserve"> mis datos personales, conforme </w:t>
      </w:r>
      <w:r w:rsidR="00A750E4">
        <w:rPr>
          <w:lang w:val="es-CO"/>
        </w:rPr>
        <w:t>con la</w:t>
      </w:r>
      <w:r w:rsidRPr="00A875BF">
        <w:rPr>
          <w:lang w:val="es-CO"/>
        </w:rPr>
        <w:t xml:space="preserve"> política de tratamiento de datos personales</w:t>
      </w:r>
      <w:r w:rsidR="00A750E4">
        <w:rPr>
          <w:lang w:val="es-CO"/>
        </w:rPr>
        <w:t xml:space="preserve"> de la compañía</w:t>
      </w:r>
      <w:r w:rsidRPr="00A875BF">
        <w:rPr>
          <w:lang w:val="es-CO"/>
        </w:rPr>
        <w:t xml:space="preserve"> y a la normativa aplicable, para las finalidades relacionadas con la atención, gestión y respuesta de la </w:t>
      </w:r>
      <w:r w:rsidR="00A750E4">
        <w:rPr>
          <w:lang w:val="es-CO"/>
        </w:rPr>
        <w:t xml:space="preserve">presente </w:t>
      </w:r>
      <w:r w:rsidRPr="00A875BF">
        <w:rPr>
          <w:lang w:val="es-CO"/>
        </w:rPr>
        <w:t>solicitud, la prestación del servicio, las gestiones administrativas y comerciales asociadas</w:t>
      </w:r>
      <w:r w:rsidR="00A750E4">
        <w:rPr>
          <w:lang w:val="es-CO"/>
        </w:rPr>
        <w:t xml:space="preserve"> y de servicio al cliente,</w:t>
      </w:r>
      <w:r w:rsidRPr="00A875BF">
        <w:rPr>
          <w:lang w:val="es-CO"/>
        </w:rPr>
        <w:t xml:space="preserve"> </w:t>
      </w:r>
      <w:r w:rsidR="00A750E4">
        <w:rPr>
          <w:lang w:val="es-CO"/>
        </w:rPr>
        <w:t xml:space="preserve">así como para el </w:t>
      </w:r>
      <w:r w:rsidRPr="00A875BF">
        <w:rPr>
          <w:lang w:val="es-CO"/>
        </w:rPr>
        <w:t xml:space="preserve"> </w:t>
      </w:r>
      <w:proofErr w:type="spellStart"/>
      <w:r w:rsidRPr="00A875BF">
        <w:rPr>
          <w:lang w:val="es-CO"/>
        </w:rPr>
        <w:t>el</w:t>
      </w:r>
      <w:proofErr w:type="spellEnd"/>
      <w:r w:rsidRPr="00A875BF">
        <w:rPr>
          <w:lang w:val="es-CO"/>
        </w:rPr>
        <w:t xml:space="preserve"> cumplimiento de obligaciones legales </w:t>
      </w:r>
      <w:r w:rsidR="00A750E4">
        <w:rPr>
          <w:lang w:val="es-CO"/>
        </w:rPr>
        <w:t>y/o</w:t>
      </w:r>
      <w:r w:rsidRPr="00A875BF">
        <w:rPr>
          <w:lang w:val="es-CO"/>
        </w:rPr>
        <w:t xml:space="preserve"> regulatorias.</w:t>
      </w:r>
    </w:p>
    <w:p w14:paraId="56417BF6" w14:textId="0BDC2C00" w:rsidR="00A875BF" w:rsidRPr="00A875BF" w:rsidRDefault="00A875BF" w:rsidP="00A875BF">
      <w:pPr>
        <w:jc w:val="both"/>
        <w:rPr>
          <w:lang w:val="es-CO"/>
        </w:rPr>
      </w:pPr>
      <w:r w:rsidRPr="00A875BF">
        <w:rPr>
          <w:lang w:val="es-CO"/>
        </w:rPr>
        <w:t xml:space="preserve">Declaro que he sido informado(a) de que, como titular de los datos personales, </w:t>
      </w:r>
      <w:r w:rsidR="00A750E4">
        <w:rPr>
          <w:lang w:val="es-CO"/>
        </w:rPr>
        <w:t>tengo derecho a</w:t>
      </w:r>
      <w:r w:rsidR="00A750E4" w:rsidRPr="00A875BF">
        <w:rPr>
          <w:lang w:val="es-CO"/>
        </w:rPr>
        <w:t xml:space="preserve"> </w:t>
      </w:r>
      <w:r w:rsidRPr="00A875BF">
        <w:rPr>
          <w:lang w:val="es-CO"/>
        </w:rPr>
        <w:t xml:space="preserve">conocer, </w:t>
      </w:r>
      <w:proofErr w:type="spellStart"/>
      <w:r w:rsidRPr="00A875BF">
        <w:rPr>
          <w:lang w:val="es-CO"/>
        </w:rPr>
        <w:t>actualizary</w:t>
      </w:r>
      <w:proofErr w:type="spellEnd"/>
      <w:r w:rsidRPr="00A875BF">
        <w:rPr>
          <w:lang w:val="es-CO"/>
        </w:rPr>
        <w:t xml:space="preserve"> rectificar mis datos</w:t>
      </w:r>
      <w:r w:rsidR="00A750E4">
        <w:rPr>
          <w:lang w:val="es-CO"/>
        </w:rPr>
        <w:t xml:space="preserve"> personales en los casos previstos por la Ley</w:t>
      </w:r>
      <w:r w:rsidRPr="00A875BF">
        <w:rPr>
          <w:lang w:val="es-CO"/>
        </w:rPr>
        <w:t xml:space="preserve">; solicitar prueba de la autorización </w:t>
      </w:r>
      <w:r w:rsidR="00A750E4">
        <w:rPr>
          <w:lang w:val="es-CO"/>
        </w:rPr>
        <w:t xml:space="preserve">otorgada </w:t>
      </w:r>
      <w:r w:rsidRPr="00A875BF">
        <w:rPr>
          <w:lang w:val="es-CO"/>
        </w:rPr>
        <w:t>cuando sea procedente; ser informado(a) sobre el uso dado a mis datos; presentar consultas o reclamos; solicitar la supresión de los datos o revocar la autorización cuando resulte procedente; y ejercer los demás derechos previstos en la normativa aplicable</w:t>
      </w:r>
      <w:r w:rsidR="00A750E4">
        <w:rPr>
          <w:lang w:val="es-CO"/>
        </w:rPr>
        <w:t xml:space="preserve"> en materia de protección de datos personales</w:t>
      </w:r>
      <w:r w:rsidRPr="00A875BF">
        <w:rPr>
          <w:lang w:val="es-CO"/>
        </w:rPr>
        <w:t>.</w:t>
      </w:r>
    </w:p>
    <w:p w14:paraId="56D962E3" w14:textId="77777777" w:rsidR="00A875BF" w:rsidRPr="00A875BF" w:rsidRDefault="00A875BF">
      <w:pPr>
        <w:rPr>
          <w:lang w:val="es-CO"/>
        </w:rPr>
      </w:pPr>
    </w:p>
    <w:p w14:paraId="17FB742D" w14:textId="77777777" w:rsidR="0085095D" w:rsidRDefault="00F2088E">
      <w:pPr>
        <w:spacing w:before="120"/>
        <w:jc w:val="both"/>
        <w:rPr>
          <w:color w:val="646464"/>
          <w:sz w:val="17"/>
          <w:lang w:val="es-CO"/>
        </w:rPr>
      </w:pPr>
      <w:r w:rsidRPr="00036D91">
        <w:rPr>
          <w:color w:val="646464"/>
          <w:sz w:val="17"/>
          <w:lang w:val="es-CO"/>
        </w:rPr>
        <w:t>Nota: La información declarada podrá ser validada por la empresa de acuerdo con los mecanismos establecidos para el proceso.</w:t>
      </w:r>
    </w:p>
    <w:p w14:paraId="299D00A2" w14:textId="1665145F" w:rsidR="00054FBA" w:rsidRPr="00054FBA" w:rsidRDefault="00243FE1" w:rsidP="00054FBA">
      <w:pPr>
        <w:spacing w:before="120"/>
        <w:jc w:val="both"/>
        <w:rPr>
          <w:color w:val="646464"/>
          <w:sz w:val="17"/>
          <w:lang w:val="es-CO"/>
        </w:rPr>
      </w:pPr>
      <w:r>
        <w:rPr>
          <w:color w:val="646464"/>
          <w:sz w:val="17"/>
          <w:lang w:val="es-CO"/>
        </w:rPr>
        <w:t>*</w:t>
      </w:r>
      <w:r w:rsidR="00054FBA">
        <w:rPr>
          <w:color w:val="646464"/>
          <w:sz w:val="17"/>
          <w:lang w:val="es-CO"/>
        </w:rPr>
        <w:t xml:space="preserve"> </w:t>
      </w:r>
      <w:r w:rsidR="00054FBA" w:rsidRPr="00054FBA">
        <w:rPr>
          <w:color w:val="646464"/>
          <w:sz w:val="17"/>
          <w:lang w:val="es-CO"/>
        </w:rPr>
        <w:t>Para servicios de uso comercial o industrial, cuando el solicitante no sea el propietario del inmueble, deberá adjuntar el contrato de arrendamiento vigente.</w:t>
      </w:r>
    </w:p>
    <w:p w14:paraId="32DA37D2" w14:textId="46D11DAB" w:rsidR="00054FBA" w:rsidRPr="00054FBA" w:rsidRDefault="00054FBA" w:rsidP="00054FBA">
      <w:pPr>
        <w:spacing w:before="120"/>
        <w:jc w:val="both"/>
        <w:rPr>
          <w:lang w:val="es-CO"/>
        </w:rPr>
      </w:pPr>
    </w:p>
    <w:sectPr w:rsidR="00054FBA" w:rsidRPr="00054FBA" w:rsidSect="00034616">
      <w:headerReference w:type="even" r:id="rId8"/>
      <w:headerReference w:type="default" r:id="rId9"/>
      <w:headerReference w:type="first" r:id="rId10"/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D11F0" w14:textId="77777777" w:rsidR="00981E77" w:rsidRDefault="00981E77" w:rsidP="00706C8A">
      <w:pPr>
        <w:spacing w:after="0" w:line="240" w:lineRule="auto"/>
      </w:pPr>
      <w:r>
        <w:separator/>
      </w:r>
    </w:p>
  </w:endnote>
  <w:endnote w:type="continuationSeparator" w:id="0">
    <w:p w14:paraId="702C8068" w14:textId="77777777" w:rsidR="00981E77" w:rsidRDefault="00981E77" w:rsidP="00706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6677A" w14:textId="77777777" w:rsidR="00981E77" w:rsidRDefault="00981E77" w:rsidP="00706C8A">
      <w:pPr>
        <w:spacing w:after="0" w:line="240" w:lineRule="auto"/>
      </w:pPr>
      <w:r>
        <w:separator/>
      </w:r>
    </w:p>
  </w:footnote>
  <w:footnote w:type="continuationSeparator" w:id="0">
    <w:p w14:paraId="0B81D478" w14:textId="77777777" w:rsidR="00981E77" w:rsidRDefault="00981E77" w:rsidP="00706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A761D" w14:textId="487980EF" w:rsidR="00706C8A" w:rsidRDefault="00706C8A">
    <w:pPr>
      <w:pStyle w:val="Encabezado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8543E71" wp14:editId="6C35EC2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4350" cy="333375"/>
              <wp:effectExtent l="0" t="0" r="0" b="9525"/>
              <wp:wrapNone/>
              <wp:docPr id="544586166" name="Cuadro de texto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FD5630" w14:textId="06E076B0" w:rsidR="00706C8A" w:rsidRPr="00706C8A" w:rsidRDefault="00706C8A" w:rsidP="00706C8A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06C8A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543E7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TERNAL" style="position:absolute;margin-left:0;margin-top:0;width:40.5pt;height:26.2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" filled="f" stroked="f">
              <v:textbox style="mso-fit-shape-to-text:t" inset="0,15pt,0,0">
                <w:txbxContent>
                  <w:p w14:paraId="79FD5630" w14:textId="06E076B0" w:rsidR="00706C8A" w:rsidRPr="00706C8A" w:rsidRDefault="00706C8A" w:rsidP="00706C8A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</w:pPr>
                    <w:r w:rsidRPr="00706C8A"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83B61" w14:textId="283F66C1" w:rsidR="00706C8A" w:rsidRDefault="00706C8A">
    <w:pPr>
      <w:pStyle w:val="Encabezado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355D48E" wp14:editId="6282752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4350" cy="333375"/>
              <wp:effectExtent l="0" t="0" r="0" b="9525"/>
              <wp:wrapNone/>
              <wp:docPr id="968256033" name="Cuadro de texto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EF80FD" w14:textId="0F343FDB" w:rsidR="00706C8A" w:rsidRPr="00706C8A" w:rsidRDefault="00706C8A" w:rsidP="00706C8A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06C8A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55D48E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alt="INTERNAL" style="position:absolute;margin-left:0;margin-top:0;width:40.5pt;height:26.2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" filled="f" stroked="f">
              <v:textbox style="mso-fit-shape-to-text:t" inset="0,15pt,0,0">
                <w:txbxContent>
                  <w:p w14:paraId="50EF80FD" w14:textId="0F343FDB" w:rsidR="00706C8A" w:rsidRPr="00706C8A" w:rsidRDefault="00706C8A" w:rsidP="00706C8A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</w:pPr>
                    <w:r w:rsidRPr="00706C8A"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85631" w14:textId="4125989E" w:rsidR="00706C8A" w:rsidRDefault="00706C8A">
    <w:pPr>
      <w:pStyle w:val="Encabezado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A5CCD8C" wp14:editId="1E6BB79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4350" cy="333375"/>
              <wp:effectExtent l="0" t="0" r="0" b="9525"/>
              <wp:wrapNone/>
              <wp:docPr id="1913032637" name="Cuadro de texto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9B7686" w14:textId="671EA9FA" w:rsidR="00706C8A" w:rsidRPr="00706C8A" w:rsidRDefault="00706C8A" w:rsidP="00706C8A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06C8A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5CCD8C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8" type="#_x0000_t202" alt="INTERNAL" style="position:absolute;margin-left:0;margin-top:0;width:40.5pt;height:26.2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" filled="f" stroked="f">
              <v:textbox style="mso-fit-shape-to-text:t" inset="0,15pt,0,0">
                <w:txbxContent>
                  <w:p w14:paraId="009B7686" w14:textId="671EA9FA" w:rsidR="00706C8A" w:rsidRPr="00706C8A" w:rsidRDefault="00706C8A" w:rsidP="00706C8A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</w:pPr>
                    <w:r w:rsidRPr="00706C8A"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34645FD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2BA2AC7"/>
    <w:multiLevelType w:val="hybridMultilevel"/>
    <w:tmpl w:val="3912EDCE"/>
    <w:lvl w:ilvl="0" w:tplc="6144ED4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color w:val="646464"/>
        <w:sz w:val="17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59308A"/>
    <w:multiLevelType w:val="multilevel"/>
    <w:tmpl w:val="D5584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33515275">
    <w:abstractNumId w:val="8"/>
  </w:num>
  <w:num w:numId="2" w16cid:durableId="1312708376">
    <w:abstractNumId w:val="6"/>
  </w:num>
  <w:num w:numId="3" w16cid:durableId="1876431323">
    <w:abstractNumId w:val="5"/>
  </w:num>
  <w:num w:numId="4" w16cid:durableId="2059549877">
    <w:abstractNumId w:val="4"/>
  </w:num>
  <w:num w:numId="5" w16cid:durableId="1781338798">
    <w:abstractNumId w:val="7"/>
  </w:num>
  <w:num w:numId="6" w16cid:durableId="574244903">
    <w:abstractNumId w:val="3"/>
  </w:num>
  <w:num w:numId="7" w16cid:durableId="1912539805">
    <w:abstractNumId w:val="2"/>
  </w:num>
  <w:num w:numId="8" w16cid:durableId="1968849108">
    <w:abstractNumId w:val="1"/>
  </w:num>
  <w:num w:numId="9" w16cid:durableId="1927500064">
    <w:abstractNumId w:val="0"/>
  </w:num>
  <w:num w:numId="10" w16cid:durableId="353308015">
    <w:abstractNumId w:val="7"/>
  </w:num>
  <w:num w:numId="11" w16cid:durableId="463501516">
    <w:abstractNumId w:val="10"/>
  </w:num>
  <w:num w:numId="12" w16cid:durableId="20571167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B8E"/>
    <w:rsid w:val="00034616"/>
    <w:rsid w:val="00036D91"/>
    <w:rsid w:val="00054FBA"/>
    <w:rsid w:val="0006063C"/>
    <w:rsid w:val="000D0929"/>
    <w:rsid w:val="00127416"/>
    <w:rsid w:val="0015074B"/>
    <w:rsid w:val="00162C10"/>
    <w:rsid w:val="00163D1E"/>
    <w:rsid w:val="001841EE"/>
    <w:rsid w:val="001B052F"/>
    <w:rsid w:val="00243FE1"/>
    <w:rsid w:val="00254CF0"/>
    <w:rsid w:val="0029639D"/>
    <w:rsid w:val="002A0C99"/>
    <w:rsid w:val="00326F90"/>
    <w:rsid w:val="00384E3F"/>
    <w:rsid w:val="00480350"/>
    <w:rsid w:val="004A7A16"/>
    <w:rsid w:val="005D2A0D"/>
    <w:rsid w:val="00706C8A"/>
    <w:rsid w:val="007455E7"/>
    <w:rsid w:val="00751383"/>
    <w:rsid w:val="00755B36"/>
    <w:rsid w:val="007B6E4C"/>
    <w:rsid w:val="00815518"/>
    <w:rsid w:val="0085095D"/>
    <w:rsid w:val="008B54F3"/>
    <w:rsid w:val="008F1A56"/>
    <w:rsid w:val="009138FE"/>
    <w:rsid w:val="00981E77"/>
    <w:rsid w:val="00A750E4"/>
    <w:rsid w:val="00A875BF"/>
    <w:rsid w:val="00AA1D8D"/>
    <w:rsid w:val="00AC3728"/>
    <w:rsid w:val="00B47730"/>
    <w:rsid w:val="00C645F1"/>
    <w:rsid w:val="00CB0664"/>
    <w:rsid w:val="00D802E0"/>
    <w:rsid w:val="00DB0D85"/>
    <w:rsid w:val="00E84BCF"/>
    <w:rsid w:val="00F2088E"/>
    <w:rsid w:val="00F31D01"/>
    <w:rsid w:val="00FC693F"/>
    <w:rsid w:val="42B73ED3"/>
    <w:rsid w:val="4CE8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980343C-514C-4F85-B27F-2637B29AF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n">
    <w:name w:val="Revision"/>
    <w:hidden/>
    <w:uiPriority w:val="99"/>
    <w:semiHidden/>
    <w:rsid w:val="000D0929"/>
    <w:pPr>
      <w:spacing w:after="0" w:line="240" w:lineRule="auto"/>
    </w:pPr>
    <w:rPr>
      <w:rFonts w:ascii="Aptos" w:hAnsi="Aptos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610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Rengifo Garzon, Adriana Teresa, Enel Colombia</dc:creator>
  <cp:keywords/>
  <dc:description>generated by python-docx</dc:description>
  <cp:lastModifiedBy>Jordan Ortiz, Luz Angela, Enel Colombia</cp:lastModifiedBy>
  <cp:revision>4</cp:revision>
  <dcterms:created xsi:type="dcterms:W3CDTF">2026-10-02T17:27:00Z</dcterms:created>
  <dcterms:modified xsi:type="dcterms:W3CDTF">2026-10-02T17:30:00Z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72068fbd,2075b9b6,39b66a21</vt:lpwstr>
  </property>
  <property fmtid="{D5CDD505-2E9C-101B-9397-08002B2CF9AE}" pid="3" name="ClassificationContentMarkingHeaderFontProps">
    <vt:lpwstr>#000000,8,Arial</vt:lpwstr>
  </property>
  <property fmtid="{D5CDD505-2E9C-101B-9397-08002B2CF9AE}" pid="4" name="ClassificationContentMarkingHeaderText">
    <vt:lpwstr>INTERNAL</vt:lpwstr>
  </property>
  <property fmtid="{D5CDD505-2E9C-101B-9397-08002B2CF9AE}" pid="5" name="MSIP_Label_797ad33d-ed35-43c0-b526-22bc83c17deb_Enabled">
    <vt:lpwstr>true</vt:lpwstr>
  </property>
  <property fmtid="{D5CDD505-2E9C-101B-9397-08002B2CF9AE}" pid="6" name="MSIP_Label_797ad33d-ed35-43c0-b526-22bc83c17deb_SetDate">
    <vt:lpwstr>2026-09-30T15:54:57Z</vt:lpwstr>
  </property>
  <property fmtid="{D5CDD505-2E9C-101B-9397-08002B2CF9AE}" pid="7" name="MSIP_Label_797ad33d-ed35-43c0-b526-22bc83c17deb_Method">
    <vt:lpwstr>Standard</vt:lpwstr>
  </property>
  <property fmtid="{D5CDD505-2E9C-101B-9397-08002B2CF9AE}" pid="8" name="MSIP_Label_797ad33d-ed35-43c0-b526-22bc83c17deb_Name">
    <vt:lpwstr>797ad33d-ed35-43c0-b526-22bc83c17deb</vt:lpwstr>
  </property>
  <property fmtid="{D5CDD505-2E9C-101B-9397-08002B2CF9AE}" pid="9" name="MSIP_Label_797ad33d-ed35-43c0-b526-22bc83c17deb_SiteId">
    <vt:lpwstr>d539d4bf-5610-471a-afc2-1c76685cfefa</vt:lpwstr>
  </property>
  <property fmtid="{D5CDD505-2E9C-101B-9397-08002B2CF9AE}" pid="10" name="MSIP_Label_797ad33d-ed35-43c0-b526-22bc83c17deb_ActionId">
    <vt:lpwstr>a2ce1866-240f-43e7-9aa1-e1a62ffc9822</vt:lpwstr>
  </property>
  <property fmtid="{D5CDD505-2E9C-101B-9397-08002B2CF9AE}" pid="11" name="MSIP_Label_797ad33d-ed35-43c0-b526-22bc83c17deb_ContentBits">
    <vt:lpwstr>1</vt:lpwstr>
  </property>
  <property fmtid="{D5CDD505-2E9C-101B-9397-08002B2CF9AE}" pid="12" name="MSIP_Label_797ad33d-ed35-43c0-b526-22bc83c17deb_Tag">
    <vt:lpwstr>10, 3, 0, 2</vt:lpwstr>
  </property>
</Properties>
</file>